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CE8" w:rsidRDefault="00765278">
      <w:pPr>
        <w:pStyle w:val="Heading1"/>
        <w:jc w:val="center"/>
      </w:pPr>
      <w:r>
        <w:t>Fall 2026 Faculty Evaluation Timeline</w:t>
      </w:r>
    </w:p>
    <w:p w:rsidR="00851CE8" w:rsidRDefault="00765278">
      <w:r>
        <w:rPr>
          <w:b/>
          <w:sz w:val="28"/>
        </w:rPr>
        <w:t xml:space="preserve">Phase 1: Preparation  </w:t>
      </w:r>
      <w:r>
        <w:rPr>
          <w:i/>
        </w:rPr>
        <w:t>(Aug 2</w:t>
      </w:r>
      <w:r w:rsidR="00F65358">
        <w:rPr>
          <w:i/>
        </w:rPr>
        <w:t>8</w:t>
      </w:r>
      <w:r>
        <w:rPr>
          <w:i/>
        </w:rPr>
        <w:t>–Sep 26)</w:t>
      </w:r>
      <w:bookmarkStart w:id="0" w:name="_GoBack"/>
      <w:bookmarkEnd w:id="0"/>
    </w:p>
    <w:p w:rsidR="00851CE8" w:rsidRDefault="00765278">
      <w:pPr>
        <w:pStyle w:val="ListBullet"/>
      </w:pPr>
      <w:r>
        <w:t>• Evaluation list distributed</w:t>
      </w:r>
    </w:p>
    <w:p w:rsidR="00851CE8" w:rsidRDefault="00765278">
      <w:pPr>
        <w:pStyle w:val="ListBullet"/>
      </w:pPr>
      <w:r>
        <w:t>• Chairs assign evaluators</w:t>
      </w:r>
    </w:p>
    <w:p w:rsidR="00851CE8" w:rsidRDefault="00765278">
      <w:pPr>
        <w:pStyle w:val="ListBullet"/>
      </w:pPr>
      <w:r>
        <w:t>• Deans/VPI assign if needed</w:t>
      </w:r>
    </w:p>
    <w:p w:rsidR="00851CE8" w:rsidRDefault="00765278">
      <w:pPr>
        <w:pStyle w:val="ListBullet"/>
      </w:pPr>
      <w:r>
        <w:t>• Evaluator challenges due</w:t>
      </w:r>
    </w:p>
    <w:p w:rsidR="00851CE8" w:rsidRDefault="00765278">
      <w:r>
        <w:rPr>
          <w:b/>
          <w:sz w:val="28"/>
        </w:rPr>
        <w:t xml:space="preserve">Phase 2: Evaluation </w:t>
      </w:r>
      <w:proofErr w:type="gramStart"/>
      <w:r>
        <w:rPr>
          <w:b/>
          <w:sz w:val="28"/>
        </w:rPr>
        <w:t xml:space="preserve">Process  </w:t>
      </w:r>
      <w:r>
        <w:rPr>
          <w:i/>
        </w:rPr>
        <w:t>(</w:t>
      </w:r>
      <w:proofErr w:type="gramEnd"/>
      <w:r>
        <w:rPr>
          <w:i/>
        </w:rPr>
        <w:t>Oct 2–</w:t>
      </w:r>
      <w:r w:rsidR="007A1F3B">
        <w:rPr>
          <w:i/>
        </w:rPr>
        <w:t>Nov.20</w:t>
      </w:r>
      <w:r>
        <w:rPr>
          <w:i/>
        </w:rPr>
        <w:t>)</w:t>
      </w:r>
    </w:p>
    <w:p w:rsidR="00851CE8" w:rsidRDefault="00765278">
      <w:pPr>
        <w:pStyle w:val="ListBullet"/>
      </w:pPr>
      <w:r>
        <w:t>• Preliminary meeting</w:t>
      </w:r>
    </w:p>
    <w:p w:rsidR="00851CE8" w:rsidRDefault="00765278">
      <w:pPr>
        <w:pStyle w:val="ListBullet"/>
      </w:pPr>
      <w:r>
        <w:t>• Self-evaluation due</w:t>
      </w:r>
    </w:p>
    <w:p w:rsidR="00851CE8" w:rsidRDefault="00765278">
      <w:pPr>
        <w:pStyle w:val="ListBullet"/>
      </w:pPr>
      <w:r>
        <w:t>• Classroom observation</w:t>
      </w:r>
    </w:p>
    <w:p w:rsidR="00851CE8" w:rsidRDefault="00765278">
      <w:pPr>
        <w:pStyle w:val="ListBullet"/>
      </w:pPr>
      <w:r>
        <w:t>• Student evaluations</w:t>
      </w:r>
    </w:p>
    <w:p w:rsidR="00851CE8" w:rsidRDefault="00765278">
      <w:r>
        <w:rPr>
          <w:b/>
          <w:sz w:val="28"/>
        </w:rPr>
        <w:t xml:space="preserve">Phase 3: Review &amp; Completion  </w:t>
      </w:r>
      <w:r>
        <w:rPr>
          <w:i/>
        </w:rPr>
        <w:t>(Nov 21–Dec 16)</w:t>
      </w:r>
    </w:p>
    <w:p w:rsidR="00851CE8" w:rsidRDefault="00765278">
      <w:pPr>
        <w:pStyle w:val="ListBullet"/>
      </w:pPr>
      <w:r>
        <w:t>• Dean review</w:t>
      </w:r>
    </w:p>
    <w:p w:rsidR="00851CE8" w:rsidRDefault="00765278">
      <w:pPr>
        <w:pStyle w:val="ListBullet"/>
      </w:pPr>
      <w:r>
        <w:t>• Summary meeting</w:t>
      </w:r>
    </w:p>
    <w:p w:rsidR="00851CE8" w:rsidRDefault="00765278">
      <w:pPr>
        <w:pStyle w:val="ListBullet"/>
      </w:pPr>
      <w:r>
        <w:t>• Submission status notice</w:t>
      </w:r>
    </w:p>
    <w:p w:rsidR="00851CE8" w:rsidRDefault="00765278">
      <w:pPr>
        <w:pStyle w:val="ListBullet"/>
      </w:pPr>
      <w:r>
        <w:t>• Final documents due</w:t>
      </w:r>
    </w:p>
    <w:p w:rsidR="00851CE8" w:rsidRDefault="00765278">
      <w:pPr>
        <w:pStyle w:val="Heading2"/>
      </w:pPr>
      <w:r>
        <w:t>Key Deadlines</w:t>
      </w:r>
    </w:p>
    <w:tbl>
      <w:tblPr>
        <w:tblStyle w:val="LightLis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51CE8" w:rsidTr="00851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Date</w:t>
            </w:r>
          </w:p>
        </w:tc>
        <w:tc>
          <w:tcPr>
            <w:tcW w:w="4320" w:type="dxa"/>
          </w:tcPr>
          <w:p w:rsidR="00851CE8" w:rsidRDefault="00765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Deadline</w:t>
            </w:r>
          </w:p>
        </w:tc>
      </w:tr>
      <w:tr w:rsidR="00851CE8" w:rsidTr="0085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Oct. 8</w:t>
            </w:r>
          </w:p>
        </w:tc>
        <w:tc>
          <w:tcPr>
            <w:tcW w:w="4320" w:type="dxa"/>
          </w:tcPr>
          <w:p w:rsidR="00851CE8" w:rsidRDefault="00765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Self-evaluation due</w:t>
            </w:r>
          </w:p>
        </w:tc>
      </w:tr>
      <w:tr w:rsidR="00851CE8" w:rsidTr="00851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Nov. 21</w:t>
            </w:r>
          </w:p>
        </w:tc>
        <w:tc>
          <w:tcPr>
            <w:tcW w:w="4320" w:type="dxa"/>
          </w:tcPr>
          <w:p w:rsidR="00851CE8" w:rsidRDefault="00765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Dean review due</w:t>
            </w:r>
          </w:p>
        </w:tc>
      </w:tr>
      <w:tr w:rsidR="00851CE8" w:rsidTr="0085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Dec. 4</w:t>
            </w:r>
          </w:p>
        </w:tc>
        <w:tc>
          <w:tcPr>
            <w:tcW w:w="4320" w:type="dxa"/>
          </w:tcPr>
          <w:p w:rsidR="00851CE8" w:rsidRDefault="00765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Summary meeting</w:t>
            </w:r>
          </w:p>
        </w:tc>
      </w:tr>
      <w:tr w:rsidR="00851CE8" w:rsidTr="00851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Dec.1</w:t>
            </w:r>
            <w:r w:rsidR="00C21CA8">
              <w:t>1</w:t>
            </w:r>
          </w:p>
        </w:tc>
        <w:tc>
          <w:tcPr>
            <w:tcW w:w="4320" w:type="dxa"/>
          </w:tcPr>
          <w:p w:rsidR="00851CE8" w:rsidRDefault="00765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 notification</w:t>
            </w:r>
          </w:p>
        </w:tc>
      </w:tr>
      <w:tr w:rsidR="00851CE8" w:rsidTr="00851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851CE8" w:rsidRDefault="00765278">
            <w:r>
              <w:t>Dec.16</w:t>
            </w:r>
          </w:p>
        </w:tc>
        <w:tc>
          <w:tcPr>
            <w:tcW w:w="4320" w:type="dxa"/>
          </w:tcPr>
          <w:p w:rsidR="00851CE8" w:rsidRDefault="00765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forms due</w:t>
            </w:r>
          </w:p>
        </w:tc>
      </w:tr>
    </w:tbl>
    <w:p w:rsidR="00765278" w:rsidRDefault="00765278"/>
    <w:sectPr w:rsidR="0076527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5278"/>
    <w:rsid w:val="007A1F3B"/>
    <w:rsid w:val="00851CE8"/>
    <w:rsid w:val="00AA1D8D"/>
    <w:rsid w:val="00B47730"/>
    <w:rsid w:val="00C21CA8"/>
    <w:rsid w:val="00CB0664"/>
    <w:rsid w:val="00F653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6657F"/>
  <w14:defaultImageDpi w14:val="300"/>
  <w15:docId w15:val="{515FB651-BF3E-4D58-A77F-5280BE1E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66D782-6207-421E-BF88-F0D2A490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Huizhen (Joan) Su</cp:lastModifiedBy>
  <cp:revision>4</cp:revision>
  <dcterms:created xsi:type="dcterms:W3CDTF">2013-12-23T23:15:00Z</dcterms:created>
  <dcterms:modified xsi:type="dcterms:W3CDTF">2026-08-28T21:43:00Z</dcterms:modified>
  <cp:category/>
</cp:coreProperties>
</file>